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12000" cy="2138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dmark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2138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 w:after="120"/>
      </w:pPr>
      <w:r>
        <w:rPr>
          <w:b/>
          <w:color w:val="0A0E2A"/>
          <w:sz w:val="40"/>
        </w:rPr>
        <w:t>Brief projektowy — strona internetowa</w:t>
      </w:r>
    </w:p>
    <w:p>
      <w:pPr>
        <w:spacing w:before="0" w:after="40"/>
      </w:pPr>
      <w:r>
        <w:rPr>
          <w:b w:val="0"/>
          <w:color w:val="0A0E2A"/>
          <w:sz w:val="21"/>
        </w:rPr>
        <w:t>Ten brief pomoże mi zrozumieć, czego potrzebujesz. Pola wypełnisz bezpośrednio w pliku: kliknij pole tekstowe, kółko albo kwadrat. Pola z gwiazdką (*) są potrzebne do wyceny, resztę uzupełnij, jeśli możesz.</w:t>
      </w:r>
    </w:p>
    <w:p>
      <w:pPr>
        <w:spacing w:before="0" w:after="80"/>
      </w:pPr>
      <w:r>
        <w:rPr>
          <w:b/>
          <w:color w:val="0A0E2A"/>
          <w:sz w:val="21"/>
        </w:rPr>
        <w:t>Gotowy brief wyślij na kontakt@domadev.pl.</w:t>
      </w:r>
    </w:p>
    <w:p>
      <w:pPr>
        <w:spacing w:before="0" w:after="120"/>
      </w:pPr>
      <w:r>
        <w:rPr>
          <w:b w:val="0"/>
          <w:color w:val="5B5E73"/>
          <w:sz w:val="18"/>
        </w:rPr>
        <w:t>W Wordzie zaznaczysz odpowiedź kliknięciem w kwadrat. Odpowiedzi tekstowe wpisz w jasne pola.</w:t>
      </w:r>
    </w:p>
    <w:p>
      <w:pPr>
        <w:spacing w:before="280" w:after="160"/>
        <w:pBdr>
          <w:bottom w:val="single" w:sz="8" w:space="4" w:color="B54407"/>
        </w:pBdr>
      </w:pPr>
      <w:r>
        <w:rPr>
          <w:b/>
          <w:color w:val="B54407"/>
          <w:sz w:val="28"/>
        </w:rPr>
        <w:t xml:space="preserve">1. </w:t>
      </w:r>
      <w:r>
        <w:rPr>
          <w:b/>
          <w:sz w:val="28"/>
        </w:rPr>
        <w:t>Projekt</w:t>
      </w:r>
    </w:p>
    <w:p>
      <w:pPr>
        <w:keepNext/>
        <w:spacing w:before="120" w:after="0"/>
      </w:pPr>
      <w:r>
        <w:rPr>
          <w:b/>
          <w:color w:val="0A0E2A"/>
          <w:sz w:val="22"/>
        </w:rPr>
        <w:t>Czego potrzebujesz? *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Zaznacz jedną odpowiedź.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Nowej strony internetowej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Odświeżenia obecnej strony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Prowadzenia wizytówki Google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Nie wiem, proszę o doradztwo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Jaka strona?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Odpowiedz, jeśli potrzebujesz nowej strony.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Zaznacz jedną odpowiedź.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Landing page (jedna strona, jeden cel)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Strona firmowa (kilka podstron o firmie i usługach)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Strona bez ograniczeń (rozbudowana, z panelem do edycji)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Nie wiem, proszę o rekomendację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Co jeszcze Cię interesuje?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Przy nowej stronie lub odświeżeniu. Możesz zaznaczyć kilka.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Opieka i hosting po starcie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Panel do samodzielnej edycji treści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Prowadzenie bloga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Prowadzenie wizytówki Google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Budżet na realizację projektu *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Zaznacz jedną odpowiedź.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do 2 000 zł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2 000–4 000 zł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4 000–8 000 zł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powyżej 8 000 zł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nie wiem — proszę o rekomendację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Twarda data uruchomienia (jeśli jest)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np. 15.03.2027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Powód terminu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np. targi, sezon, otwarcie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spacing w:before="280" w:after="160"/>
        <w:pBdr>
          <w:bottom w:val="single" w:sz="8" w:space="4" w:color="B54407"/>
        </w:pBdr>
      </w:pPr>
      <w:r>
        <w:rPr>
          <w:b/>
          <w:color w:val="B54407"/>
          <w:sz w:val="28"/>
        </w:rPr>
        <w:t xml:space="preserve">2. </w:t>
      </w:r>
      <w:r>
        <w:rPr>
          <w:b/>
          <w:sz w:val="28"/>
        </w:rPr>
        <w:t>Firma</w:t>
      </w:r>
    </w:p>
    <w:p>
      <w:pPr>
        <w:keepNext/>
        <w:spacing w:before="120" w:after="0"/>
      </w:pPr>
      <w:r>
        <w:rPr>
          <w:b/>
          <w:color w:val="0A0E2A"/>
          <w:sz w:val="22"/>
        </w:rPr>
        <w:t>Nazwa firmy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NIP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np. 1234567890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Opis produktów/usług *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1–3 zdania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  <w:p/>
          <w:p/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Czy masz już stronę?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Zaznacz jedną odpowiedź.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tak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nie mam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Adres obecnej strony (URL)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Jeśli masz stronę, np. https://twojafirma.pl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Adres nowej strony (jeśli masz pomysł)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Jeśli nie masz strony, np. twojafirma.pl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Wizytówka Google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Odpowiedz, jeśli interesuje Cię prowadzenie wizytówki Google.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Zaznacz jedną odpowiedź.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aktywna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do uporządkowania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założyć od zera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nie potrzebuję</w:t>
      </w:r>
    </w:p>
    <w:p>
      <w:pPr>
        <w:spacing w:before="0" w:after="80"/>
      </w:pPr>
    </w:p>
    <w:p>
      <w:pPr>
        <w:spacing w:before="280" w:after="160"/>
        <w:pBdr>
          <w:bottom w:val="single" w:sz="8" w:space="4" w:color="B54407"/>
        </w:pBdr>
      </w:pPr>
      <w:r>
        <w:rPr>
          <w:b/>
          <w:color w:val="B54407"/>
          <w:sz w:val="28"/>
        </w:rPr>
        <w:t xml:space="preserve">3. </w:t>
      </w:r>
      <w:r>
        <w:rPr>
          <w:b/>
          <w:sz w:val="28"/>
        </w:rPr>
        <w:t>Materiały</w:t>
      </w:r>
    </w:p>
    <w:p>
      <w:pPr>
        <w:keepNext/>
        <w:spacing w:before="120" w:after="0"/>
      </w:pPr>
      <w:r>
        <w:rPr>
          <w:b/>
          <w:color w:val="0A0E2A"/>
          <w:sz w:val="22"/>
        </w:rPr>
        <w:t>Logo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Jeśli masz logo, dołącz plik do maila z briefem.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Zaznacz jedną odpowiedź.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mam logo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nie mam — proszę o wycenę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Kto przygotuje teksty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Zaznacz jedną odpowiedź.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mam gotowe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przygotuję w trakcie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proszę o copywriting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Zdjęcia i grafiki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Zaznacz jedną odpowiedź.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mam własne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potrzebuję sesji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proszę o stock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Funkcje na stronie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Możesz zaznaczyć kilka.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formularz kontaktowy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sklep internetowy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rezerwacje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mapa Google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social media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newsletter</w:t>
      </w:r>
    </w:p>
    <w:p>
      <w:pPr>
        <w:keepNext/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galeria</w:t>
      </w:r>
    </w:p>
    <w:p>
      <w:pPr>
        <w:spacing w:before="40" w:after="0"/>
        <w:ind w:left="17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inne</w:t>
      </w:r>
    </w:p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Inne funkcje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Jeśli wybierzesz „inne”.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spacing w:before="280" w:after="160"/>
        <w:pBdr>
          <w:bottom w:val="single" w:sz="8" w:space="4" w:color="B54407"/>
        </w:pBdr>
      </w:pPr>
      <w:r>
        <w:rPr>
          <w:b/>
          <w:color w:val="B54407"/>
          <w:sz w:val="28"/>
        </w:rPr>
        <w:t xml:space="preserve">4. </w:t>
      </w:r>
      <w:r>
        <w:rPr>
          <w:b/>
          <w:sz w:val="28"/>
        </w:rPr>
        <w:t>Inspiracje</w:t>
      </w:r>
    </w:p>
    <w:p>
      <w:pPr>
        <w:keepNext/>
        <w:spacing w:before="120" w:after="0"/>
      </w:pPr>
      <w:r>
        <w:rPr>
          <w:b/>
          <w:color w:val="0A0E2A"/>
          <w:sz w:val="22"/>
        </w:rPr>
        <w:t>Strony, które się podobają</w:t>
      </w:r>
    </w:p>
    <w:p>
      <w:pPr>
        <w:keepNext/>
        <w:spacing w:before="0" w:after="0"/>
      </w:pPr>
      <w:r>
        <w:rPr>
          <w:b w:val="0"/>
          <w:color w:val="5B5E73"/>
          <w:sz w:val="18"/>
        </w:rPr>
        <w:t>adres strony i co Ci się w niej podoba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  <w:p/>
          <w:p/>
        </w:tc>
      </w:tr>
    </w:tbl>
    <w:p>
      <w:pPr>
        <w:spacing w:before="0" w:after="80"/>
      </w:pPr>
    </w:p>
    <w:p>
      <w:pPr>
        <w:spacing w:before="280" w:after="160"/>
        <w:pBdr>
          <w:bottom w:val="single" w:sz="8" w:space="4" w:color="B54407"/>
        </w:pBdr>
      </w:pPr>
      <w:r>
        <w:rPr>
          <w:b/>
          <w:color w:val="B54407"/>
          <w:sz w:val="28"/>
        </w:rPr>
        <w:t xml:space="preserve">5. </w:t>
      </w:r>
      <w:r>
        <w:rPr>
          <w:b/>
          <w:sz w:val="28"/>
        </w:rPr>
        <w:t>Dane kontaktowe</w:t>
      </w:r>
    </w:p>
    <w:p>
      <w:pPr>
        <w:keepNext/>
        <w:spacing w:before="120" w:after="0"/>
      </w:pPr>
      <w:r>
        <w:rPr>
          <w:b/>
          <w:color w:val="0A0E2A"/>
          <w:sz w:val="22"/>
        </w:rPr>
        <w:t>Imię i nazwisko *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Adres e-mail *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Numer telefonu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</w:tc>
      </w:tr>
    </w:tbl>
    <w:p>
      <w:pPr>
        <w:spacing w:before="0" w:after="80"/>
      </w:pPr>
    </w:p>
    <w:p>
      <w:pPr>
        <w:keepNext/>
        <w:spacing w:before="120" w:after="0"/>
      </w:pPr>
      <w:r>
        <w:rPr>
          <w:b/>
          <w:color w:val="0A0E2A"/>
          <w:sz w:val="22"/>
        </w:rPr>
        <w:t>Dodatkowe uwagi</w:t>
      </w:r>
    </w:p>
    <w:p>
      <w:pPr>
        <w:keepNext/>
        <w:spacing w:before="0"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EF8EE"/>
            <w:tcBorders>
              <w:top w:val="single" w:sz="4" w:color="C1C2CB"/>
              <w:left w:val="single" w:sz="4" w:color="C1C2CB"/>
              <w:bottom w:val="single" w:sz="4" w:color="C1C2CB"/>
              <w:right w:val="single" w:sz="4" w:color="C1C2CB"/>
            </w:tcBorders>
          </w:tcPr>
          <w:p>
            <w:pPr>
              <w:spacing w:after="0"/>
            </w:pPr>
          </w:p>
          <w:p/>
          <w:p/>
        </w:tc>
      </w:tr>
    </w:tbl>
    <w:p>
      <w:pPr>
        <w:spacing w:before="0" w:after="80"/>
      </w:pPr>
    </w:p>
    <w:p>
      <w:pPr>
        <w:spacing w:before="200" w:after="0"/>
      </w:pPr>
      <w:r>
        <w:rPr>
          <w:b w:val="0"/>
          <w:color w:val="0A0E2A"/>
          <w:sz w:val="21"/>
        </w:rPr>
        <w:t>Dziękuję! Gotowy brief wyślij na kontakt@domadev.pl. Odezwę się z pytaniami albo wyceną.</w:t>
      </w:r>
    </w:p>
    <w:sectPr w:rsidR="00FC693F" w:rsidRPr="0006063C" w:rsidSect="00034616"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5E73"/>
        <w:sz w:val="16"/>
      </w:rPr>
      <w:t>DomaDev · kontakt@domadev.pl · +48 508 987 001 · domadev.pl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0E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